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FORMULARZ ZWROTU</w:t>
      </w:r>
    </w:p>
    <w:p>
      <w:pPr>
        <w:jc w:val="center"/>
      </w:pPr>
      <w:r>
        <w:rPr>
          <w:b/>
          <w:sz w:val="24"/>
        </w:rPr>
        <w:t>AMARÉ ATELIER</w:t>
      </w:r>
    </w:p>
    <w:p>
      <w:pPr>
        <w:jc w:val="center"/>
      </w:pPr>
      <w:r>
        <w:t>Prosimy o wypełnienie formularza i dołączenie go do zwracanej paczki.</w:t>
      </w:r>
    </w:p>
    <w:p>
      <w:pPr>
        <w:spacing w:before="160" w:after="80"/>
      </w:pPr>
      <w:r>
        <w:rPr>
          <w:b/>
          <w:sz w:val="24"/>
        </w:rPr>
        <w:t>DANE KLIENTA</w:t>
      </w:r>
    </w:p>
    <w:p>
      <w:r>
        <w:rPr>
          <w:b/>
        </w:rPr>
        <w:t xml:space="preserve">Imię i nazwisko: </w:t>
      </w:r>
      <w:r>
        <w:t>................................................................................................</w:t>
      </w:r>
    </w:p>
    <w:p>
      <w:r>
        <w:rPr>
          <w:b/>
        </w:rPr>
        <w:t xml:space="preserve">Numer zamówienia: </w:t>
      </w:r>
      <w:r>
        <w:t>................................................................................................</w:t>
      </w:r>
    </w:p>
    <w:p>
      <w:r>
        <w:rPr>
          <w:b/>
        </w:rPr>
        <w:t xml:space="preserve">Adres e-mail: </w:t>
      </w:r>
      <w:r>
        <w:t>................................................................................................</w:t>
      </w:r>
    </w:p>
    <w:p>
      <w:r>
        <w:rPr>
          <w:b/>
        </w:rPr>
        <w:t xml:space="preserve">Numer telefonu: </w:t>
      </w:r>
      <w:r>
        <w:t>................................................................................................</w:t>
      </w:r>
    </w:p>
    <w:p>
      <w:pPr>
        <w:spacing w:before="160" w:after="80"/>
      </w:pPr>
      <w:r>
        <w:rPr>
          <w:b/>
          <w:sz w:val="24"/>
        </w:rPr>
        <w:t>ZWRACANY PRODUKT / PRODUKTY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</w:tcPr>
          <w:p>
            <w:r>
              <w:rPr>
                <w:b/>
              </w:rPr>
              <w:t>Nazwa produktu</w:t>
            </w:r>
          </w:p>
        </w:tc>
        <w:tc>
          <w:tcPr>
            <w:tcW w:type="dxa" w:w="2578"/>
          </w:tcPr>
          <w:p>
            <w:r>
              <w:rPr>
                <w:b/>
              </w:rPr>
              <w:t>Rozmiar</w:t>
            </w:r>
          </w:p>
        </w:tc>
        <w:tc>
          <w:tcPr>
            <w:tcW w:type="dxa" w:w="2578"/>
          </w:tcPr>
          <w:p>
            <w:r>
              <w:rPr>
                <w:b/>
              </w:rPr>
              <w:t>Ilość</w:t>
            </w:r>
          </w:p>
        </w:tc>
        <w:tc>
          <w:tcPr>
            <w:tcW w:type="dxa" w:w="2578"/>
          </w:tcPr>
          <w:p>
            <w:r>
              <w:rPr>
                <w:b/>
              </w:rPr>
              <w:t>Cena</w:t>
            </w:r>
          </w:p>
        </w:tc>
      </w:tr>
      <w:tr>
        <w:tc>
          <w:tcPr>
            <w:tcW w:type="dxa" w:w="2578"/>
          </w:tcPr>
          <w:p>
            <w:r>
              <w:t>................................</w:t>
            </w:r>
          </w:p>
        </w:tc>
        <w:tc>
          <w:tcPr>
            <w:tcW w:type="dxa" w:w="2578"/>
          </w:tcPr>
          <w:p>
            <w:r>
              <w:t>................</w:t>
            </w:r>
          </w:p>
        </w:tc>
        <w:tc>
          <w:tcPr>
            <w:tcW w:type="dxa" w:w="2578"/>
          </w:tcPr>
          <w:p>
            <w:r>
              <w:t>........</w:t>
            </w:r>
          </w:p>
        </w:tc>
        <w:tc>
          <w:tcPr>
            <w:tcW w:type="dxa" w:w="2578"/>
          </w:tcPr>
          <w:p>
            <w:r>
              <w:t>............. zł</w:t>
            </w:r>
          </w:p>
        </w:tc>
      </w:tr>
      <w:tr>
        <w:tc>
          <w:tcPr>
            <w:tcW w:type="dxa" w:w="2578"/>
          </w:tcPr>
          <w:p>
            <w:r>
              <w:t>................................</w:t>
            </w:r>
          </w:p>
        </w:tc>
        <w:tc>
          <w:tcPr>
            <w:tcW w:type="dxa" w:w="2578"/>
          </w:tcPr>
          <w:p>
            <w:r>
              <w:t>................</w:t>
            </w:r>
          </w:p>
        </w:tc>
        <w:tc>
          <w:tcPr>
            <w:tcW w:type="dxa" w:w="2578"/>
          </w:tcPr>
          <w:p>
            <w:r>
              <w:t>........</w:t>
            </w:r>
          </w:p>
        </w:tc>
        <w:tc>
          <w:tcPr>
            <w:tcW w:type="dxa" w:w="2578"/>
          </w:tcPr>
          <w:p>
            <w:r>
              <w:t>............. zł</w:t>
            </w:r>
          </w:p>
        </w:tc>
      </w:tr>
      <w:tr>
        <w:tc>
          <w:tcPr>
            <w:tcW w:type="dxa" w:w="2578"/>
          </w:tcPr>
          <w:p>
            <w:r>
              <w:t>................................</w:t>
            </w:r>
          </w:p>
        </w:tc>
        <w:tc>
          <w:tcPr>
            <w:tcW w:type="dxa" w:w="2578"/>
          </w:tcPr>
          <w:p>
            <w:r>
              <w:t>................</w:t>
            </w:r>
          </w:p>
        </w:tc>
        <w:tc>
          <w:tcPr>
            <w:tcW w:type="dxa" w:w="2578"/>
          </w:tcPr>
          <w:p>
            <w:r>
              <w:t>........</w:t>
            </w:r>
          </w:p>
        </w:tc>
        <w:tc>
          <w:tcPr>
            <w:tcW w:type="dxa" w:w="2578"/>
          </w:tcPr>
          <w:p>
            <w:r>
              <w:t>............. zł</w:t>
            </w:r>
          </w:p>
        </w:tc>
      </w:tr>
    </w:tbl>
    <w:p>
      <w:r>
        <w:rPr>
          <w:b/>
        </w:rPr>
        <w:t xml:space="preserve">Łączna kwota zwrotu: </w:t>
      </w:r>
      <w:r>
        <w:t>................................ zł</w:t>
      </w:r>
    </w:p>
    <w:p>
      <w:pPr>
        <w:spacing w:before="160" w:after="80"/>
      </w:pPr>
      <w:r>
        <w:rPr>
          <w:b/>
          <w:sz w:val="24"/>
        </w:rPr>
        <w:t>NUMER RACHUNKU BANKOWEGO DO ZWROTU ŚRODKÓW</w:t>
      </w:r>
    </w:p>
    <w:p>
      <w:r>
        <w:rPr>
          <w:b/>
        </w:rPr>
        <w:t>Numer rachunku bankowego:</w:t>
      </w:r>
    </w:p>
    <w:p>
      <w:r>
        <w:t>................................................................................................</w:t>
      </w:r>
    </w:p>
    <w:p>
      <w:r>
        <w:rPr>
          <w:b/>
        </w:rPr>
        <w:t>Imię i nazwisko właściciela rachunku:</w:t>
      </w:r>
    </w:p>
    <w:p>
      <w:r>
        <w:t>................................................................................................</w:t>
      </w:r>
    </w:p>
    <w:p>
      <w:pPr>
        <w:spacing w:before="160" w:after="80"/>
      </w:pPr>
      <w:r>
        <w:rPr>
          <w:b/>
          <w:sz w:val="24"/>
        </w:rPr>
        <w:t>ADRES DO ZWROTU</w:t>
      </w:r>
    </w:p>
    <w:p>
      <w:r>
        <w:rPr>
          <w:b/>
        </w:rPr>
        <w:t>AMARÉ ATELIER</w:t>
      </w:r>
    </w:p>
    <w:p>
      <w:r>
        <w:rPr>
          <w:b/>
        </w:rPr>
        <w:t>ul. Wieniawskiego 4/2</w:t>
      </w:r>
    </w:p>
    <w:p>
      <w:r>
        <w:rPr>
          <w:b/>
        </w:rPr>
        <w:t>60-185 Skórzewo</w:t>
      </w:r>
    </w:p>
    <w:p>
      <w:r>
        <w:rPr>
          <w:b/>
          <w:sz w:val="24"/>
        </w:rPr>
        <w:t>WAŻNE!</w:t>
      </w:r>
    </w:p>
    <w:p>
      <w:r>
        <w:t>Zwracaną paczkę należy nadać bezpośrednio na podany adres.</w:t>
      </w:r>
    </w:p>
    <w:p>
      <w:r>
        <w:rPr>
          <w:b/>
        </w:rPr>
        <w:t>Paczki wysłane do paczkomatu lub za pobraniem nie będą odbierane i zostaną zwrócone do nadawcy.</w:t>
      </w:r>
    </w:p>
    <w:p>
      <w:r>
        <w:t>Prosimy również o dołączenie do paczki wypełnionego formularza zwrotu oraz paragonu.</w:t>
      </w:r>
    </w:p>
    <w:p>
      <w:pPr>
        <w:spacing w:before="200"/>
      </w:pPr>
      <w:r>
        <w:rPr>
          <w:b/>
        </w:rPr>
        <w:t xml:space="preserve">Data: </w:t>
      </w:r>
      <w:r>
        <w:t>................................................</w:t>
      </w:r>
    </w:p>
    <w:p>
      <w:r>
        <w:rPr>
          <w:b/>
        </w:rPr>
        <w:t xml:space="preserve">Podpis klienta: </w:t>
      </w:r>
      <w:r>
        <w:t>........................................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